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עננים בלי גשם – מזג אוויר ואקלים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מזג אוויר לאקלים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הגורם העיקרי לשינויי האקלים ואת אפקט החממה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פעולות של הפחתה והסתגלות לשינויי האקלים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הממוצע והרגיל של מזג האוויר במקום לאורך שנים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שריפת דלקים בידי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כריתת יערות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כי הגזים באוויר שומרים חום סביב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הפחתה מצמצמת את הגורם לשינוי, והסתגלות עוזרת לחיות עם השינויים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אספלט ובטון שסופגים ופולטים חום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מזג אוויר הוא מה שקורה היום, אקלים הוא האופי לאורך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העצים מספקים צל ומשחררים אדי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אקלים נמדד בממוצע לאורך שנים, לא ביום בודד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מציין שמדינות, ערים ובתי ספר פועלים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מזג 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הפחתה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הסתגלות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מזג אוויר או אקלים? מיינו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(מזג 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(מזג 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(מזג 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(אקלים)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מציע פעולה סבירה ומסביר צעד ראשון מעשי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להזכיר שאקלים נמדד בממוצע לאורך זמן רב, ויום בודד לא משנה את המגמה הכללית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נטיעת עצים היא הסתגלות (עוזרת לחיות עם החום), מעבר לאנרגיית שמש הוא הפחתה (מצמצם את הגורם לבעיה)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מזג אוויר - היום, אקלים - לאורך שנים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גזים באוויר ששומרים חום כמו שמיכה סביב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הפחתה - למשל אנרגיית שמש, הסתגלות - למשל נטיעת עצים בעיר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מה ההבדל בין יום חם לאקלים מתחמם, ולתת לתלמידים לנחש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הפחתה להסתגלות בעזרת דוגמאות נוספות מהכיתה או מהסביבה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שיתוף בעל פה לפני הכתיבה, כדי לחזק תחושת מסוגלות ולא רק דאגה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עננים בלי גשם – מזג אוויר ואקלים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ההבדל בין מזג אוויר לאקלים, נבין מהו אפקט החממה, ונכיר פעולות שיכולות לעזור לכדור הארץ.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אקלים?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מזג האוויר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הממוצע והרגיל של מזג האוויר במקום לאורך שנים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הגשם של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הסיבה העיקרית לשינוי באקלים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שריפת דלקים בידי 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יותר מדי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רעידות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פעולה לא מוזכרת כפתרון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נטיעת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תחבורה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חיסכון בחשמל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כריתת יערות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הטקסט משתמש בדימוי של שמיכה?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הגזים עשויים צמר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בחורף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הגזים באוויר שומרים חום סביב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השמיים נראים כמו שמיכה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הפחתה להסתגלות?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הפחתה היא נטיעת עצים והסתגלות היא נסיעה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הפחתה קשורה רק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הפחתה מצמצמת את הגורם לשינוי, והסתגלות עוזרת לחיות עם השינויים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גורם לאי חום עירוני?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עצים רבים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אספלט ובטון שסופגים ופולטים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 רב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 חזקה בעיר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מזג אוויר ואקלים הם אותו דבר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עצים בעיר יכולים לקרר את הרחוב בעזרת 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קר אחד מוכיח שהאקלים לא משתנה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רבות עובדות יחד כדי להתמודד עם שינויי האקלים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שריפת דלקים משחררת גזים שגורמים לאפקט החממה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הוא מה שקורה היום בשמיים - שמש, גשם או 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האקלים הוא ה__________ של מקום לאורך שנים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בני אדם שורפים הרבה __________ בתחבורה ובמפעלים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הגזים באוויר פועלים כמו __________ סביב כדור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פעולה שמצמצמת את הגורם לשינוי האקלים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פעולה שעוזרת לחיות עם השינויים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מזג אוויר או אקלים? מיינו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באזור הקוטב קר רוב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מזג 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היום חם ושמשי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השבוע נושבת רוח חזקה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בישראל הקיץ ארוך ויבש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מזג 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מחר צפוי גשם בצפון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בסוואנה יש עונה גשומה ועונה יבשה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מזג אוויר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פעולה אחת לטובת האקלים הייתם רוצים שהכיתה שלכם תעשה יחד השנה? איך תתחילו?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יום קר במיוחד בחורף אינו סותר את הטענה שהאקלים מתחמם. השתמשו במושגים ממוצע וטווח ארוך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דומה ומה שונה בין נטיעת עצים בעיר לבין מעבר לאנרגיית שמש - איזו פעולה היא הפחתה ואיזו הסתגלות?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מזג אוויר לאקלים?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אפקט החממה?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לפעולת הפחתה ודוגמה אחת לפעולת הסתגלות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עננים בלי גשם – מזג אוויר ואקלים משתנה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