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עננים בלי גשם – מזג אוויר ואקלים משתנה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ההבדל בין מזג אוויר לאקלים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הגורם העיקרי לשינויי האקלים ואת אפקט החממה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פעולות של הפחתה והסתגלות לשינויי האקלים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הממוצע והרגיל של מזג האוויר במקום לאורך שנים רבות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שריפת דלקים בידי בני האדם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מזג אוויר הוא מה שקורה היום, אקלים הוא האופי לאורך שנים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העצים מספקים צל ומשחררים אדי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הטקסט מציין שמדינות, ערים ובתי ספר פועלים יחד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מזג אוויר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דלקים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מזג אוויר או אקלים? מיינו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(אקלים)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(מזג אוויר)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(מזג אוויר)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(אקלים)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לבדוק שהתלמיד מציע פעולה סבירה ומסביר צעד ראשון מעשי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מזג אוויר - היום, אקלים - לאורך שנים רבות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גזים באוויר ששומרים חום כמו שמיכה סביב כדור הארץ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הפחתה - למשל אנרגיית שמש, הסתגלות - למשל נטיעת עצים בעיר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בשאלה: מה ההבדל בין יום חם לאקלים מתחמם, ולתת לתלמידים לנחש לפני קריאת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ההבדל בין הפחתה להסתגלות בעזרת דוגמאות נוספות מהכיתה או מהסביבה הקרובה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מומלץ לעודד שיתוף בעל פה לפני הכתיבה, כדי לחזק תחושת מסוגלות ולא רק דאגה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עננים בלי גשם – מזג אוויר ואקלים משתנה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את ההבדל בין מזג אוויר לאקלים, נבין מהו אפקט החממה, ונכיר פעולות שיכולות לעזור לכדור הארץ.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דלקים  ·  מזג אוויר  ·  אופי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אקלים?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מזג האוויר של היום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הממוצע והרגיל של מזג האוויר במקום לאורך שנים רבות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סוג של ענן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הסיבה העיקרית לשינוי באקלים לפי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שריפת דלקים בידי בני האדם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יותר מדי עצים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הירח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מזג אוויר ואקלים הם אותו דבר בדיוק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עצים בעיר יכולים לקרר את הרחוב בעזרת צל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מדינות רבות עובדות יחד כדי להתמודד עם שינויי האקלים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__________ הוא מה שקורה היום בשמיים - שמש, גשם או רוח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האקלים הוא ה__________ של מקום לאורך שנים רבות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בני אדם שורפים הרבה __________ בתחבורה ובמפעלים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מזג אוויר או אקלים? מיינו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באזור הקוטב קר רוב השנה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מזג אוויר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היום חם ושמשי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אקלים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השבוע נושבת רוח חזקה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מזג אוויר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בישראל הקיץ ארוך ויבש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אקלים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איזו פעולה אחת לטובת האקלים הייתם רוצים שהכיתה שלכם תעשה יחד השנה? איך תתחילו?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מזג אוויר לאקלים?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אפקט החממה?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עננים בלי גשם – מזג אוויר ואקלים משתנה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